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</w:t>
      </w:r>
    </w:p>
    <w:p>
      <w:r>
        <w:t>ETALL</w:t>
      </w:r>
    </w:p>
    <w:p>
      <w:r>
        <w:t>ERVICE</w:t>
      </w:r>
    </w:p>
    <w:p>
      <w:r>
        <w:t>***** 1992</w:t>
      </w:r>
    </w:p>
    <w:p>
      <w:r>
        <w:t>*****</w:t>
      </w:r>
    </w:p>
    <w:p>
      <w:r>
        <w:t>METAL SERVICE sp. z o.o.</w:t>
      </w:r>
    </w:p>
    <w:p>
      <w:r>
        <w:t>ul. Feliksa Wrobela 15, 30-798 Kraków, tel. (+48) 12 312 19 07, fax (+48) 12 350 12 60</w:t>
      </w:r>
    </w:p>
    <w:p>
      <w:r>
        <w:t>www.metalservice.info.pl, e-mail: sekretariat@metalservice.info.pl</w:t>
      </w:r>
    </w:p>
    <w:p>
      <w:r>
        <w:t>Vorstandsvorsitzender / Geschäftsführer: ANDRZEJ ŻABA</w:t>
      </w:r>
    </w:p>
    <w:p>
      <w:r>
        <w:t>Krakau, den 15.09.2026</w:t>
      </w:r>
    </w:p>
    <w:p>
      <w:r>
        <w:t>METAL SERVICE SP. Z O.O.</w:t>
      </w:r>
    </w:p>
    <w:p>
      <w:r>
        <w:t>UL. WROBELA 15</w:t>
      </w:r>
    </w:p>
    <w:p>
      <w:r>
        <w:t>30-798 KRAKAU</w:t>
      </w:r>
    </w:p>
    <w:p>
      <w:r>
        <w:t>NIP: 678 28 91 877</w:t>
      </w:r>
    </w:p>
    <w:p>
      <w:r>
        <w:t>BESCHEINIGUNG</w:t>
      </w:r>
    </w:p>
    <w:p>
      <w:r>
        <w:t>Hiermit wird bescheinigt, dass Herr Krzysztof Surówka, wohnhaft unter</w:t>
      </w:r>
    </w:p>
    <w:p>
      <w:r>
        <w:t>ul. Sienkiewicza 28/20, 37-200 Przeworsk, seine Entsendung mit Wirkung zum</w:t>
      </w:r>
    </w:p>
    <w:p>
      <w:r>
        <w:t>06.06.2026 beendet hat.</w:t>
      </w:r>
    </w:p>
    <w:p>
      <w:r>
        <w:t>Die Bescheinigung wird zur Vorlage bei der Familienkasse im Zusammenhang mit dem</w:t>
      </w:r>
    </w:p>
    <w:p>
      <w:r>
        <w:t>Antrag auf Kindergeld ausgestellt.</w:t>
      </w:r>
    </w:p>
    <w:p>
      <w:r>
        <w:t>Unterschrift der bevollmächtigten Person:</w:t>
      </w:r>
    </w:p>
    <w:p>
      <w:r>
        <w:t>METAL SERVICE Sp. Z O.O.</w:t>
      </w:r>
    </w:p>
    <w:p>
      <w:r>
        <w:t>30-798 Krakau, ul. Wrobela 15</w:t>
      </w:r>
    </w:p>
    <w:p>
      <w:r>
        <w:t>Agata Kuciel-Pabjan</w:t>
      </w:r>
    </w:p>
    <w:p>
      <w:r>
        <w:t>VIZE-VORSTANDSVORSITZENDE</w:t>
      </w:r>
    </w:p>
    <w:p>
      <w:r>
        <w:t>KRS 0000166330</w:t>
      </w:r>
    </w:p>
    <w:p>
      <w:r>
        <w:t>NIP PL 678-28-91-877</w:t>
      </w:r>
    </w:p>
    <w:p>
      <w:r>
        <w:t>Regon 356718470</w:t>
      </w:r>
    </w:p>
    <w:p>
      <w:r>
        <w:t>Landesgericht Krakau-Śródmieście, XI. Wirtschaftsabteilung des Landesgerichtsregisters</w:t>
      </w:r>
    </w:p>
    <w:p>
      <w:r>
        <w:t>Management</w:t>
      </w:r>
    </w:p>
    <w:p>
      <w:r>
        <w:t>System</w:t>
      </w:r>
    </w:p>
    <w:p>
      <w:r>
        <w:t>ISO 9001:2015</w:t>
      </w:r>
    </w:p>
    <w:p>
      <w:r>
        <w:t>A</w:t>
      </w:r>
    </w:p>
    <w:p>
      <w:r>
        <w:t>SCC** 2021</w:t>
      </w:r>
    </w:p>
    <w:p>
      <w:r>
        <w:t>TÜVRheinland</w:t>
      </w:r>
    </w:p>
    <w:p>
      <w:r>
        <w:t>CERTIFIED</w:t>
      </w:r>
    </w:p>
    <w:p>
      <w:r>
        <w:t>www.tuv.com</w:t>
      </w:r>
    </w:p>
    <w:p>
      <w:r>
        <w:t>ID 9000021422</w:t>
      </w:r>
    </w:p>
    <w:p>
      <w:r>
        <w:t>Stammkapital: 200 000,00 PLN.</w:t>
      </w:r>
    </w:p>
    <w:p>
      <w:r>
        <w:t>Bankkonto PLN: Bank PKO BP: 27 1020 2892 0000 5702 0257 3715</w:t>
      </w:r>
    </w:p>
    <w:p>
      <w:r>
        <w:t>SWIFT-Code: BPKOPLPW</w:t>
      </w:r>
    </w:p>
    <w:p>
      <w:r>
        <w:t>Bankkonto EUR: Bank PKO BP: 37 1020 2892 0000 5302 0257 3731</w:t>
      </w:r>
    </w:p>
    <w:p>
      <w:r>
        <w:t>Volksbank Düsseldorf Neuss DE 86 3016 0213 0013 3440 19, BIC/SWIFT: GENODED1DNE</w:t>
      </w:r>
    </w:p>
    <w:p>
      <w:r>
        <w:t>Betriebsnummer 37361351 Ust-IdNr DE 233518477</w:t>
      </w:r>
    </w:p>
    <w:p>
      <w:r>
        <w:t>Steuernummer 056/657/50096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